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העיקריות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מילת שאלה לתשובה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מילת 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מתאימה לשאלות על אנשים או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מתי שואלת על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כמה מתאימה לשאלות על מספר או 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(דני אבדיה)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(אכלתי 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(הכדור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(בקיץ)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השאלה במילים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המילה מי, מכוונת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עם המילה איפה, מכוונת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- אדם/בעל חיים, מה - דבר/חפץ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מילת 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ולזהות מילות שאלה שהתלמידים כבר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המתקשים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מילות שאלה עוזרות לנו לשאול ולברר דברים חדשים. בדף הזה נתרגל את המילים מי, מה, איפה, מתי, למה, איך, כמה ולאן.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  ·  איפה  ·  כמה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מילת 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'מי' שואלת על אדם או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'כמה' שואלת על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שמך? אני דני.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הספר שלך? הוא על השולחן.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תפוחים קנית? קניתי שלושה.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בא איתך היום?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אכלת בבוקר?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הכדור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 הכדור?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אכלתי ביצה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מתי יש לך חופש?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דני אבדיה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השאלה במילים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אחת עם המילה 'מי' על חבר או חברה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אחת עם המילה 'איפה' על חפץ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 לבין 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שאלה ששואלת על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