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מילת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מילת 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מתאימה לשאלות על אנשים או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כמה מתאימה לשאלות על מספר או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למה שואלת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לאן מתאימה לשאלות על יעד או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איך מתאימה לשאלות על דרך או צורה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(דני אבדיה)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(אכלתי 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(הכדור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(שעתיים)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השאלה במילים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המילה מי, מכוונת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המילה איפה, מכוונת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עם המילה למה, מכוונת לסיבה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אדם/בעל חיים, מה - דבר/חפץ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ולזהות מילות שאלה שהתלמידים כבר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מיוחדות ששואלים בהן שאלות. למשל: מי? מה? איפה? נלמד אותן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 או 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מָתַי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לָמָּה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אופן עשייה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לְאָן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כיוון תנועה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מתאימה: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שואלת על כיוון?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שואלת על אופן עשייה?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שואלת על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'מי' שואלת על אדם או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'לאן' שואלת על כיוון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'איך' שואלת על אופן עשיית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שמך? אני דני.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הספר שלך? הוא על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נולדת? נולדתי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אתה בוכה? כי נפלתי.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תפוחים קנית? קניתי שלושה.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אתה הולך? אני הולך הביתה.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בא איתך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הכדור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אכלת בבוקר?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שעתיים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הכדור?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אכלתי 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 יש לך חופש?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אבדיה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כמה שעות למדת?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השאלה במילים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המילה 'מי' על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עם המילה 'איפה' על חפץ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עם המילה 'למה' על דבר שקרה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מילת שאלה לבחירתכם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