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 –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מילות השאלה העיקריות ואת תפקידן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להתאים מילת שאלה לתשובה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שאלות פשוטות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בוחרים מילת שאלה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איך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מי מתאימה לשאלות על אנשים או בעלי 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איפה שואלת על מקום, מתי שואלת על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כמה מתאימה לשאלות על מספר או כמות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למה שואלת על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לאן מתאימה לשאלות על יעד או כיוון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איך מתאימה לשאלות על דרך או צורה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שאלה לתשובה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(דני אבדיה)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(אכלתי ביצה)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(הכדור בחצר)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(בקיץ)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(שעתיים)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מסדרים את השאלה במילים נכונות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שאלות משלנו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הגיונית עם המילה מי, מכוונת לאדם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הגיונית עם המילה איפה, מכוונת למקום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שאלה הגיונית עם המילה למה, מכוונת לסיבה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 - אדם/בעל חיים, מה - דבר/חפץ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שאלה הגיונית עם מילת שאלה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בשיחה קצרה ולזהות מילות שאלה שהתלמידים כבר מכירים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בעל פה לפני הכתיבה, במיוחד בחלק הפתוח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לקצר את הדף לתלמידים המתקשים על ידי השמטת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מילות שאלה – מי? מה? איפה? 🗝️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שאלה – מי? מה? איפה?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מילות שאלה עוזרות לנו לשאול ולברר דברים חדשים. בדף הזה נתרגל את המילים מי, מה, איפה, מתי, למה, איך, כמה ולאן.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בוחרים מילת שאלה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___ קוראים 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___ השעה עכשיו?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___ אתה גר?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___ אתה לא בא היום?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___ ילדים יש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___ הולכים אחר הצהריים?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___ בונים בית כזה?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___ זה שעל השולחן?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'מי' שואלת על אדם או בעל חיים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'איפה' שואלת על 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'כמה' שואלת על כמות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'למה' שואלת על 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'לאן' שואלת על כיוון תנועה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'איך' שואלת על אופן עשיית דבר 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שמך? אני דני.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הספר שלך? הוא על השולחן.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נולדת? נולדתי בחורף.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אתה בוכה? כי נפלתי.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תפוחים קנית? קניתי שלושה.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__________ אתה הולך? אני הולך הביתה.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מתאימים שאלה לתשובה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 בא איתך היום?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בקיץ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מה אכלת בבוקר?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שעתיים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איפה הכדור?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אכלתי ביצה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מתי יש לך חופש?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דני אבדיה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כמה שעות למדת?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הכדור בחצר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מסדרים את השאלה במילים נכונות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שאלות משלנו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שאלה אחת עם המילה 'מי' על חבר או חברה לכיתה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שאלה אחת עם המילה 'איפה' על חפץ בכיתה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שאלה אחת עם המילה 'למה' על דבר שקרה היום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מי לבין 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שאלה ששואלת על זמן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שאלה אחת עם מילת שאלה לבחירתכם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שאלה – מי? מה? איפה?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